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EF7" w:rsidRPr="00EA4EF7" w:rsidRDefault="00EA4EF7" w:rsidP="00EA4EF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EA4EF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CỘNG HÒA XÃ HỘI CHỦ NGHĨA VIỆT NAM</w:t>
      </w:r>
      <w:r w:rsidRPr="00EA4EF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br/>
        <w:t>Độc lập - Tự do - Hạnh phúc</w:t>
      </w:r>
    </w:p>
    <w:p w:rsidR="00562FBA" w:rsidRPr="00EA4EF7" w:rsidRDefault="005B7141" w:rsidP="00EA4EF7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GI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Y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 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</w:t>
      </w:r>
    </w:p>
    <w:p w:rsidR="00EA4EF7" w:rsidRPr="00EA4EF7" w:rsidRDefault="00EA4EF7" w:rsidP="00EA4EF7">
      <w:pPr>
        <w:rPr>
          <w:color w:val="000000" w:themeColor="text1"/>
        </w:rPr>
      </w:pP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Kính g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............................................................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 thi công s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: ...... /HĐTC ký ngày ...... gi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a ........................................... và ...........................................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vào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thi công và nhu c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u th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 hi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 vi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 mua s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m trang thi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 b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,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 tư và chi phí xây d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 công trình, chúng tôi làm gi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y này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Quý đơn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xem xét, ch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p thu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 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 kinh phí như sau:</w:t>
      </w:r>
    </w:p>
    <w:p w:rsidR="00562FBA" w:rsidRPr="00EA4EF7" w:rsidRDefault="005B7141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EA4EF7">
        <w:rPr>
          <w:rFonts w:ascii="Times New Roman" w:hAnsi="Times New Roman" w:cs="Times New Roman"/>
          <w:color w:val="000000" w:themeColor="text1"/>
        </w:rPr>
        <w:t>1. Thông tin v</w:t>
      </w:r>
      <w:r w:rsidRPr="00EA4EF7">
        <w:rPr>
          <w:rFonts w:ascii="Times New Roman" w:hAnsi="Times New Roman" w:cs="Times New Roman"/>
          <w:color w:val="000000" w:themeColor="text1"/>
        </w:rPr>
        <w:t>ề</w:t>
      </w:r>
      <w:r w:rsidRPr="00EA4EF7">
        <w:rPr>
          <w:rFonts w:ascii="Times New Roman" w:hAnsi="Times New Roman" w:cs="Times New Roman"/>
          <w:color w:val="000000" w:themeColor="text1"/>
        </w:rPr>
        <w:t xml:space="preserve"> bên đ</w:t>
      </w:r>
      <w:r w:rsidRPr="00EA4EF7">
        <w:rPr>
          <w:rFonts w:ascii="Times New Roman" w:hAnsi="Times New Roman" w:cs="Times New Roman"/>
          <w:color w:val="000000" w:themeColor="text1"/>
        </w:rPr>
        <w:t>ề</w:t>
      </w:r>
      <w:r w:rsidRPr="00EA4EF7">
        <w:rPr>
          <w:rFonts w:ascii="Times New Roman" w:hAnsi="Times New Roman" w:cs="Times New Roman"/>
          <w:color w:val="000000" w:themeColor="text1"/>
        </w:rPr>
        <w:t xml:space="preserve"> ngh</w:t>
      </w:r>
      <w:r w:rsidRPr="00EA4EF7">
        <w:rPr>
          <w:rFonts w:ascii="Times New Roman" w:hAnsi="Times New Roman" w:cs="Times New Roman"/>
          <w:color w:val="000000" w:themeColor="text1"/>
        </w:rPr>
        <w:t>ị</w:t>
      </w:r>
      <w:r w:rsidRPr="00EA4EF7">
        <w:rPr>
          <w:rFonts w:ascii="Times New Roman" w:hAnsi="Times New Roman" w:cs="Times New Roman"/>
          <w:color w:val="000000" w:themeColor="text1"/>
        </w:rPr>
        <w:t xml:space="preserve"> t</w:t>
      </w:r>
      <w:r w:rsidRPr="00EA4EF7">
        <w:rPr>
          <w:rFonts w:ascii="Times New Roman" w:hAnsi="Times New Roman" w:cs="Times New Roman"/>
          <w:color w:val="000000" w:themeColor="text1"/>
        </w:rPr>
        <w:t>ạ</w:t>
      </w:r>
      <w:r w:rsidRPr="00EA4EF7">
        <w:rPr>
          <w:rFonts w:ascii="Times New Roman" w:hAnsi="Times New Roman" w:cs="Times New Roman"/>
          <w:color w:val="000000" w:themeColor="text1"/>
        </w:rPr>
        <w:t xml:space="preserve">m </w:t>
      </w:r>
      <w:r w:rsidRPr="00EA4EF7">
        <w:rPr>
          <w:rFonts w:ascii="Times New Roman" w:hAnsi="Times New Roman" w:cs="Times New Roman"/>
          <w:color w:val="000000" w:themeColor="text1"/>
        </w:rPr>
        <w:t>ứ</w:t>
      </w:r>
      <w:r w:rsidRPr="00EA4EF7">
        <w:rPr>
          <w:rFonts w:ascii="Times New Roman" w:hAnsi="Times New Roman" w:cs="Times New Roman"/>
          <w:color w:val="000000" w:themeColor="text1"/>
        </w:rPr>
        <w:t>ng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Tên đơn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/nhà th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u: ....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....................................................................................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Mã s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thu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............................................................................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n: ......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  Ch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</w:t>
      </w:r>
    </w:p>
    <w:p w:rsidR="00562FBA" w:rsidRPr="00EA4EF7" w:rsidRDefault="005B7141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EA4EF7">
        <w:rPr>
          <w:rFonts w:ascii="Times New Roman" w:hAnsi="Times New Roman" w:cs="Times New Roman"/>
          <w:color w:val="000000" w:themeColor="text1"/>
        </w:rPr>
        <w:t>2. Thông tin v</w:t>
      </w:r>
      <w:r w:rsidRPr="00EA4EF7">
        <w:rPr>
          <w:rFonts w:ascii="Times New Roman" w:hAnsi="Times New Roman" w:cs="Times New Roman"/>
          <w:color w:val="000000" w:themeColor="text1"/>
        </w:rPr>
        <w:t>ề</w:t>
      </w:r>
      <w:r w:rsidRPr="00EA4EF7">
        <w:rPr>
          <w:rFonts w:ascii="Times New Roman" w:hAnsi="Times New Roman" w:cs="Times New Roman"/>
          <w:color w:val="000000" w:themeColor="text1"/>
        </w:rPr>
        <w:t xml:space="preserve"> h</w:t>
      </w:r>
      <w:r w:rsidRPr="00EA4EF7">
        <w:rPr>
          <w:rFonts w:ascii="Times New Roman" w:hAnsi="Times New Roman" w:cs="Times New Roman"/>
          <w:color w:val="000000" w:themeColor="text1"/>
        </w:rPr>
        <w:t>ợ</w:t>
      </w:r>
      <w:r w:rsidRPr="00EA4EF7">
        <w:rPr>
          <w:rFonts w:ascii="Times New Roman" w:hAnsi="Times New Roman" w:cs="Times New Roman"/>
          <w:color w:val="000000" w:themeColor="text1"/>
        </w:rPr>
        <w:t>p đ</w:t>
      </w:r>
      <w:r w:rsidRPr="00EA4EF7">
        <w:rPr>
          <w:rFonts w:ascii="Times New Roman" w:hAnsi="Times New Roman" w:cs="Times New Roman"/>
          <w:color w:val="000000" w:themeColor="text1"/>
        </w:rPr>
        <w:t>ồ</w:t>
      </w:r>
      <w:r w:rsidRPr="00EA4EF7">
        <w:rPr>
          <w:rFonts w:ascii="Times New Roman" w:hAnsi="Times New Roman" w:cs="Times New Roman"/>
          <w:color w:val="000000" w:themeColor="text1"/>
        </w:rPr>
        <w:t>ng thi công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Tên công trình/d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án: ............................................................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Giá tr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ng: .........................................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NĐ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Giá tr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đã t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 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 (n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u có): ......................................... VNĐ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Giá tr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 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 thêm: ......................................... VNĐ</w:t>
      </w:r>
    </w:p>
    <w:p w:rsidR="00562FBA" w:rsidRPr="00EA4EF7" w:rsidRDefault="005B7141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EA4EF7">
        <w:rPr>
          <w:rFonts w:ascii="Times New Roman" w:hAnsi="Times New Roman" w:cs="Times New Roman"/>
          <w:color w:val="000000" w:themeColor="text1"/>
        </w:rPr>
        <w:t>3. M</w:t>
      </w:r>
      <w:r w:rsidRPr="00EA4EF7">
        <w:rPr>
          <w:rFonts w:ascii="Times New Roman" w:hAnsi="Times New Roman" w:cs="Times New Roman"/>
          <w:color w:val="000000" w:themeColor="text1"/>
        </w:rPr>
        <w:t>ụ</w:t>
      </w:r>
      <w:r w:rsidRPr="00EA4EF7">
        <w:rPr>
          <w:rFonts w:ascii="Times New Roman" w:hAnsi="Times New Roman" w:cs="Times New Roman"/>
          <w:color w:val="000000" w:themeColor="text1"/>
        </w:rPr>
        <w:t>c đích s</w:t>
      </w:r>
      <w:r w:rsidRPr="00EA4EF7">
        <w:rPr>
          <w:rFonts w:ascii="Times New Roman" w:hAnsi="Times New Roman" w:cs="Times New Roman"/>
          <w:color w:val="000000" w:themeColor="text1"/>
        </w:rPr>
        <w:t>ử</w:t>
      </w:r>
      <w:r w:rsidRPr="00EA4EF7">
        <w:rPr>
          <w:rFonts w:ascii="Times New Roman" w:hAnsi="Times New Roman" w:cs="Times New Roman"/>
          <w:color w:val="000000" w:themeColor="text1"/>
        </w:rPr>
        <w:t xml:space="preserve"> d</w:t>
      </w:r>
      <w:r w:rsidRPr="00EA4EF7">
        <w:rPr>
          <w:rFonts w:ascii="Times New Roman" w:hAnsi="Times New Roman" w:cs="Times New Roman"/>
          <w:color w:val="000000" w:themeColor="text1"/>
        </w:rPr>
        <w:t>ụ</w:t>
      </w:r>
      <w:r w:rsidRPr="00EA4EF7">
        <w:rPr>
          <w:rFonts w:ascii="Times New Roman" w:hAnsi="Times New Roman" w:cs="Times New Roman"/>
          <w:color w:val="000000" w:themeColor="text1"/>
        </w:rPr>
        <w:t>ng kho</w:t>
      </w:r>
      <w:r w:rsidRPr="00EA4EF7">
        <w:rPr>
          <w:rFonts w:ascii="Times New Roman" w:hAnsi="Times New Roman" w:cs="Times New Roman"/>
          <w:color w:val="000000" w:themeColor="text1"/>
        </w:rPr>
        <w:t>ả</w:t>
      </w:r>
      <w:r w:rsidRPr="00EA4EF7">
        <w:rPr>
          <w:rFonts w:ascii="Times New Roman" w:hAnsi="Times New Roman" w:cs="Times New Roman"/>
          <w:color w:val="000000" w:themeColor="text1"/>
        </w:rPr>
        <w:t>n t</w:t>
      </w:r>
      <w:r w:rsidRPr="00EA4EF7">
        <w:rPr>
          <w:rFonts w:ascii="Times New Roman" w:hAnsi="Times New Roman" w:cs="Times New Roman"/>
          <w:color w:val="000000" w:themeColor="text1"/>
        </w:rPr>
        <w:t>ạ</w:t>
      </w:r>
      <w:r w:rsidRPr="00EA4EF7">
        <w:rPr>
          <w:rFonts w:ascii="Times New Roman" w:hAnsi="Times New Roman" w:cs="Times New Roman"/>
          <w:color w:val="000000" w:themeColor="text1"/>
        </w:rPr>
        <w:t xml:space="preserve">m </w:t>
      </w:r>
      <w:r w:rsidRPr="00EA4EF7">
        <w:rPr>
          <w:rFonts w:ascii="Times New Roman" w:hAnsi="Times New Roman" w:cs="Times New Roman"/>
          <w:color w:val="000000" w:themeColor="text1"/>
        </w:rPr>
        <w:t>ứ</w:t>
      </w:r>
      <w:r w:rsidRPr="00EA4EF7">
        <w:rPr>
          <w:rFonts w:ascii="Times New Roman" w:hAnsi="Times New Roman" w:cs="Times New Roman"/>
          <w:color w:val="000000" w:themeColor="text1"/>
        </w:rPr>
        <w:t>ng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- Mua s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m trang thi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 b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thi công.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- Mua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 tư, nguyên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 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li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u ph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công trình.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- Thanh toán chi phí nhân công, chi phí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 chuy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n, và các chi phí xây d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 khác.</w:t>
      </w:r>
    </w:p>
    <w:p w:rsidR="00562FBA" w:rsidRPr="00EA4EF7" w:rsidRDefault="005B7141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EA4EF7">
        <w:rPr>
          <w:rFonts w:ascii="Times New Roman" w:hAnsi="Times New Roman" w:cs="Times New Roman"/>
          <w:color w:val="000000" w:themeColor="text1"/>
        </w:rPr>
        <w:t>4. Cam k</w:t>
      </w:r>
      <w:r w:rsidRPr="00EA4EF7">
        <w:rPr>
          <w:rFonts w:ascii="Times New Roman" w:hAnsi="Times New Roman" w:cs="Times New Roman"/>
          <w:color w:val="000000" w:themeColor="text1"/>
        </w:rPr>
        <w:t>ế</w:t>
      </w:r>
      <w:r w:rsidRPr="00EA4EF7">
        <w:rPr>
          <w:rFonts w:ascii="Times New Roman" w:hAnsi="Times New Roman" w:cs="Times New Roman"/>
          <w:color w:val="000000" w:themeColor="text1"/>
        </w:rPr>
        <w:t>t c</w:t>
      </w:r>
      <w:r w:rsidRPr="00EA4EF7">
        <w:rPr>
          <w:rFonts w:ascii="Times New Roman" w:hAnsi="Times New Roman" w:cs="Times New Roman"/>
          <w:color w:val="000000" w:themeColor="text1"/>
        </w:rPr>
        <w:t>ủ</w:t>
      </w:r>
      <w:r w:rsidRPr="00EA4EF7">
        <w:rPr>
          <w:rFonts w:ascii="Times New Roman" w:hAnsi="Times New Roman" w:cs="Times New Roman"/>
          <w:color w:val="000000" w:themeColor="text1"/>
        </w:rPr>
        <w:t>a bên đ</w:t>
      </w:r>
      <w:r w:rsidRPr="00EA4EF7">
        <w:rPr>
          <w:rFonts w:ascii="Times New Roman" w:hAnsi="Times New Roman" w:cs="Times New Roman"/>
          <w:color w:val="000000" w:themeColor="text1"/>
        </w:rPr>
        <w:t>ề</w:t>
      </w:r>
      <w:r w:rsidRPr="00EA4EF7">
        <w:rPr>
          <w:rFonts w:ascii="Times New Roman" w:hAnsi="Times New Roman" w:cs="Times New Roman"/>
          <w:color w:val="000000" w:themeColor="text1"/>
        </w:rPr>
        <w:t xml:space="preserve"> ngh</w:t>
      </w:r>
      <w:r w:rsidRPr="00EA4EF7">
        <w:rPr>
          <w:rFonts w:ascii="Times New Roman" w:hAnsi="Times New Roman" w:cs="Times New Roman"/>
          <w:color w:val="000000" w:themeColor="text1"/>
        </w:rPr>
        <w:t>ị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Chúng tôi cam k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 s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 đúng m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 đích s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 đư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 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ng, thanh quy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 toán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y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theo đúng quy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nh c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a 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bookmarkStart w:id="0" w:name="_GoBack"/>
      <w:bookmarkEnd w:id="0"/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p đ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ng và p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háp lu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 hi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 hành.</w:t>
      </w:r>
    </w:p>
    <w:p w:rsidR="00562FBA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br/>
        <w:t>R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t mong Quý đơn v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xem xét, ch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p thu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t>n.</w:t>
      </w:r>
      <w:r w:rsidRPr="00EA4EF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562FBA" w:rsidRPr="00EA4EF7" w:rsidRDefault="005B7141" w:rsidP="00EA4EF7">
      <w:pPr>
        <w:jc w:val="right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EA4EF7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………, ngày …… tháng …… năm ……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A4EF7" w:rsidRPr="00EA4EF7">
        <w:tc>
          <w:tcPr>
            <w:tcW w:w="4320" w:type="dxa"/>
          </w:tcPr>
          <w:p w:rsidR="00562FBA" w:rsidRPr="00EA4EF7" w:rsidRDefault="005B7141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Ạ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 DI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Ệ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 BÊN Đ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Ề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NGH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Ị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(Ký, ghi rõ h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tên, đóng d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ấ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u)</w:t>
            </w:r>
          </w:p>
        </w:tc>
        <w:tc>
          <w:tcPr>
            <w:tcW w:w="4320" w:type="dxa"/>
          </w:tcPr>
          <w:p w:rsidR="00562FBA" w:rsidRPr="00EA4EF7" w:rsidRDefault="005B7141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XÁC NH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Ậ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 C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Ủ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A CH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Ủ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Đ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Ầ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 TƯ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(Ký, ghi rõ h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tên, đóng d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ấ</w:t>
            </w:r>
            <w:r w:rsidRPr="00EA4EF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u)</w:t>
            </w:r>
          </w:p>
        </w:tc>
      </w:tr>
    </w:tbl>
    <w:p w:rsidR="005B7141" w:rsidRPr="00EA4EF7" w:rsidRDefault="005B7141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5B7141" w:rsidRPr="00EA4EF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52237"/>
    <w:rsid w:val="0029639D"/>
    <w:rsid w:val="00326F90"/>
    <w:rsid w:val="00562FBA"/>
    <w:rsid w:val="005B7141"/>
    <w:rsid w:val="00AA1D8D"/>
    <w:rsid w:val="00B47730"/>
    <w:rsid w:val="00CB0664"/>
    <w:rsid w:val="00EA4E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B5272105-FE1C-4AD2-BD16-A468845B2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27CDB3-7D23-47BA-AC4D-188E3ED8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2025-10-25T04:31:00Z</dcterms:created>
  <dcterms:modified xsi:type="dcterms:W3CDTF">2025-10-25T04:31:00Z</dcterms:modified>
  <cp:category/>
</cp:coreProperties>
</file>